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841" w:rsidRDefault="00924F15">
      <w:pPr>
        <w:jc w:val="center"/>
      </w:pPr>
      <w:r>
        <w:rPr>
          <w:b/>
          <w:sz w:val="26"/>
        </w:rPr>
        <w:t>T.C.</w:t>
      </w:r>
      <w:r>
        <w:rPr>
          <w:b/>
          <w:sz w:val="26"/>
        </w:rPr>
        <w:br/>
        <w:t>ADIYAMAN ÜNİVERSİTESİ</w:t>
      </w:r>
      <w:r>
        <w:rPr>
          <w:b/>
          <w:sz w:val="26"/>
        </w:rPr>
        <w:br/>
        <w:t>SAĞLIK HİZMETLERİ MESLEK YÜKSEKOKUL</w:t>
      </w:r>
      <w:bookmarkStart w:id="0" w:name="_GoBack"/>
      <w:bookmarkEnd w:id="0"/>
      <w:r>
        <w:rPr>
          <w:b/>
          <w:sz w:val="26"/>
        </w:rPr>
        <w:t>U</w:t>
      </w:r>
    </w:p>
    <w:p w:rsidR="00C76841" w:rsidRDefault="00924F15">
      <w:pPr>
        <w:spacing w:before="240" w:after="280"/>
        <w:jc w:val="center"/>
      </w:pPr>
      <w:r>
        <w:rPr>
          <w:b/>
          <w:sz w:val="40"/>
        </w:rPr>
        <w:t>DUYURU</w:t>
      </w:r>
    </w:p>
    <w:p w:rsidR="00C76841" w:rsidRPr="00A457D4" w:rsidRDefault="00924F15">
      <w:pPr>
        <w:jc w:val="both"/>
        <w:rPr>
          <w:b/>
        </w:rPr>
      </w:pPr>
      <w:r w:rsidRPr="00A457D4">
        <w:rPr>
          <w:b/>
        </w:rPr>
        <w:t xml:space="preserve">Çocuk Gelişimi, Patoloji Laboratuvar Teknikleri, Tıbbi Laboratuvar Teknikleri, Optisyenlik ile İlk ve Acil Yardım programlarında öğrenim gören öğrencilerimizin AİİT 101 – Atatürk İlkeleri ve İnkılap Tarihi I, YD 101 – Yabancı Dil I, TD 101 – Türk Dili I ve ENF 101 – </w:t>
      </w:r>
      <w:proofErr w:type="spellStart"/>
      <w:r w:rsidRPr="00A457D4">
        <w:rPr>
          <w:b/>
        </w:rPr>
        <w:t>Temel</w:t>
      </w:r>
      <w:proofErr w:type="spellEnd"/>
      <w:r w:rsidRPr="00A457D4">
        <w:rPr>
          <w:b/>
        </w:rPr>
        <w:t xml:space="preserve"> </w:t>
      </w:r>
      <w:proofErr w:type="spellStart"/>
      <w:r w:rsidRPr="00A457D4">
        <w:rPr>
          <w:b/>
        </w:rPr>
        <w:t>Bilgi</w:t>
      </w:r>
      <w:proofErr w:type="spellEnd"/>
      <w:r w:rsidRPr="00A457D4">
        <w:rPr>
          <w:b/>
        </w:rPr>
        <w:t xml:space="preserve"> </w:t>
      </w:r>
      <w:proofErr w:type="spellStart"/>
      <w:r w:rsidRPr="00A457D4">
        <w:rPr>
          <w:b/>
        </w:rPr>
        <w:t>Teknolojileri</w:t>
      </w:r>
      <w:proofErr w:type="spellEnd"/>
      <w:r w:rsidRPr="00A457D4">
        <w:rPr>
          <w:b/>
        </w:rPr>
        <w:t xml:space="preserve"> </w:t>
      </w:r>
      <w:proofErr w:type="spellStart"/>
      <w:r w:rsidRPr="00A457D4">
        <w:rPr>
          <w:b/>
        </w:rPr>
        <w:t>derslerine</w:t>
      </w:r>
      <w:proofErr w:type="spellEnd"/>
      <w:r w:rsidRPr="00A457D4">
        <w:rPr>
          <w:b/>
        </w:rPr>
        <w:t xml:space="preserve"> </w:t>
      </w:r>
      <w:proofErr w:type="spellStart"/>
      <w:r w:rsidRPr="00A457D4">
        <w:rPr>
          <w:b/>
        </w:rPr>
        <w:t>ait</w:t>
      </w:r>
      <w:proofErr w:type="spellEnd"/>
      <w:r w:rsidRPr="00A457D4">
        <w:rPr>
          <w:b/>
        </w:rPr>
        <w:t xml:space="preserve"> </w:t>
      </w:r>
      <w:r w:rsidR="008A6087" w:rsidRPr="00A457D4">
        <w:rPr>
          <w:b/>
        </w:rPr>
        <w:t xml:space="preserve">online </w:t>
      </w:r>
      <w:proofErr w:type="spellStart"/>
      <w:r w:rsidRPr="00A457D4">
        <w:rPr>
          <w:b/>
        </w:rPr>
        <w:t>vize</w:t>
      </w:r>
      <w:proofErr w:type="spellEnd"/>
      <w:r w:rsidRPr="00A457D4">
        <w:rPr>
          <w:b/>
        </w:rPr>
        <w:t xml:space="preserve"> </w:t>
      </w:r>
      <w:proofErr w:type="spellStart"/>
      <w:r w:rsidRPr="00A457D4">
        <w:rPr>
          <w:b/>
        </w:rPr>
        <w:t>sınavlarının</w:t>
      </w:r>
      <w:proofErr w:type="spellEnd"/>
      <w:r w:rsidRPr="00A457D4">
        <w:rPr>
          <w:b/>
        </w:rPr>
        <w:t xml:space="preserve"> </w:t>
      </w:r>
      <w:proofErr w:type="spellStart"/>
      <w:r w:rsidRPr="00A457D4">
        <w:rPr>
          <w:b/>
        </w:rPr>
        <w:t>tarih</w:t>
      </w:r>
      <w:proofErr w:type="spellEnd"/>
      <w:r w:rsidRPr="00A457D4">
        <w:rPr>
          <w:b/>
        </w:rPr>
        <w:t xml:space="preserve"> </w:t>
      </w:r>
      <w:proofErr w:type="spellStart"/>
      <w:r w:rsidRPr="00A457D4">
        <w:rPr>
          <w:b/>
        </w:rPr>
        <w:t>ve</w:t>
      </w:r>
      <w:proofErr w:type="spellEnd"/>
      <w:r w:rsidRPr="00A457D4">
        <w:rPr>
          <w:b/>
        </w:rPr>
        <w:t xml:space="preserve"> </w:t>
      </w:r>
      <w:proofErr w:type="spellStart"/>
      <w:r w:rsidRPr="00A457D4">
        <w:rPr>
          <w:b/>
        </w:rPr>
        <w:t>saat</w:t>
      </w:r>
      <w:proofErr w:type="spellEnd"/>
      <w:r w:rsidRPr="00A457D4">
        <w:rPr>
          <w:b/>
        </w:rPr>
        <w:t xml:space="preserve"> </w:t>
      </w:r>
      <w:proofErr w:type="spellStart"/>
      <w:r w:rsidRPr="00A457D4">
        <w:rPr>
          <w:b/>
        </w:rPr>
        <w:t>bilgileri</w:t>
      </w:r>
      <w:proofErr w:type="spellEnd"/>
      <w:r w:rsidRPr="00A457D4">
        <w:rPr>
          <w:b/>
        </w:rPr>
        <w:t xml:space="preserve"> aşağıda yer almaktadır.</w:t>
      </w:r>
    </w:p>
    <w:p w:rsidR="00C76841" w:rsidRPr="00A457D4" w:rsidRDefault="00924F15">
      <w:pPr>
        <w:spacing w:before="160" w:after="80"/>
        <w:rPr>
          <w:b/>
        </w:rPr>
      </w:pPr>
      <w:r w:rsidRPr="00A457D4">
        <w:rPr>
          <w:b/>
        </w:rPr>
        <w:t>ÇOCUK GELİŞİMİ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C76841" w:rsidRPr="00A457D4">
        <w:trPr>
          <w:jc w:val="center"/>
        </w:trPr>
        <w:tc>
          <w:tcPr>
            <w:tcW w:w="3324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DERS KODU</w:t>
            </w:r>
          </w:p>
        </w:tc>
        <w:tc>
          <w:tcPr>
            <w:tcW w:w="3324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DERSİN ADI</w:t>
            </w:r>
          </w:p>
        </w:tc>
        <w:tc>
          <w:tcPr>
            <w:tcW w:w="3324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SINAV TARİHİ VE SAATİ</w:t>
            </w:r>
          </w:p>
        </w:tc>
      </w:tr>
      <w:tr w:rsidR="00C76841" w:rsidRPr="00A457D4">
        <w:trPr>
          <w:jc w:val="center"/>
        </w:trPr>
        <w:tc>
          <w:tcPr>
            <w:tcW w:w="3324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AİİT 101</w:t>
            </w:r>
          </w:p>
        </w:tc>
        <w:tc>
          <w:tcPr>
            <w:tcW w:w="3324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Atatürk İlkeleri ve İnkılap Tarihi I</w:t>
            </w:r>
          </w:p>
        </w:tc>
        <w:tc>
          <w:tcPr>
            <w:tcW w:w="3324" w:type="dxa"/>
            <w:vAlign w:val="center"/>
          </w:tcPr>
          <w:p w:rsidR="00C76841" w:rsidRPr="00A457D4" w:rsidRDefault="00A457D4" w:rsidP="008A6087">
            <w:pPr>
              <w:rPr>
                <w:b/>
              </w:rPr>
            </w:pPr>
            <w:r w:rsidRPr="00A457D4">
              <w:rPr>
                <w:b/>
              </w:rPr>
              <w:t>07</w:t>
            </w:r>
            <w:r w:rsidR="008A6087" w:rsidRPr="00A457D4">
              <w:rPr>
                <w:b/>
              </w:rPr>
              <w:t xml:space="preserve"> / 11</w:t>
            </w:r>
            <w:r w:rsidR="00924F15" w:rsidRPr="00A457D4">
              <w:rPr>
                <w:b/>
              </w:rPr>
              <w:t xml:space="preserve">/ 2026 – </w:t>
            </w:r>
            <w:r w:rsidR="008A6087" w:rsidRPr="00A457D4">
              <w:rPr>
                <w:b/>
              </w:rPr>
              <w:t>18</w:t>
            </w:r>
            <w:r w:rsidR="00924F15" w:rsidRPr="00A457D4">
              <w:rPr>
                <w:b/>
              </w:rPr>
              <w:t xml:space="preserve"> : </w:t>
            </w:r>
            <w:r w:rsidR="008A6087" w:rsidRPr="00A457D4">
              <w:rPr>
                <w:b/>
              </w:rPr>
              <w:t>00</w:t>
            </w:r>
          </w:p>
        </w:tc>
      </w:tr>
      <w:tr w:rsidR="008A6087" w:rsidRPr="00A457D4">
        <w:trPr>
          <w:jc w:val="center"/>
        </w:trPr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YD 101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Yabancı Dil I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rPr>
                <w:b/>
              </w:rPr>
            </w:pPr>
            <w:r w:rsidRPr="00A457D4">
              <w:rPr>
                <w:b/>
              </w:rPr>
              <w:t>08 / 11/ 2026 – 18 : 00</w:t>
            </w:r>
          </w:p>
        </w:tc>
      </w:tr>
      <w:tr w:rsidR="008A6087" w:rsidRPr="00A457D4">
        <w:trPr>
          <w:jc w:val="center"/>
        </w:trPr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TD 101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Türk Dili I</w:t>
            </w:r>
          </w:p>
        </w:tc>
        <w:tc>
          <w:tcPr>
            <w:tcW w:w="3324" w:type="dxa"/>
            <w:vAlign w:val="center"/>
          </w:tcPr>
          <w:p w:rsidR="008A6087" w:rsidRPr="00A457D4" w:rsidRDefault="00A457D4" w:rsidP="008A6087">
            <w:pPr>
              <w:rPr>
                <w:b/>
              </w:rPr>
            </w:pPr>
            <w:r w:rsidRPr="00A457D4">
              <w:rPr>
                <w:b/>
              </w:rPr>
              <w:t>15</w:t>
            </w:r>
            <w:r w:rsidR="008A6087" w:rsidRPr="00A457D4">
              <w:rPr>
                <w:b/>
              </w:rPr>
              <w:t xml:space="preserve"> / 11/ 2026 – 17 : 30</w:t>
            </w:r>
          </w:p>
        </w:tc>
      </w:tr>
      <w:tr w:rsidR="008A6087" w:rsidRPr="00A457D4">
        <w:trPr>
          <w:jc w:val="center"/>
        </w:trPr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ENF 101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Temel Bilgi Teknolojileri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rPr>
                <w:b/>
              </w:rPr>
            </w:pPr>
            <w:r w:rsidRPr="00A457D4">
              <w:rPr>
                <w:b/>
              </w:rPr>
              <w:t>14 / 11/ 2026 – 19 : 30</w:t>
            </w:r>
          </w:p>
        </w:tc>
      </w:tr>
    </w:tbl>
    <w:p w:rsidR="00C76841" w:rsidRPr="00A457D4" w:rsidRDefault="00924F15">
      <w:pPr>
        <w:spacing w:before="160" w:after="80"/>
        <w:rPr>
          <w:b/>
        </w:rPr>
      </w:pPr>
      <w:r w:rsidRPr="00A457D4">
        <w:rPr>
          <w:b/>
        </w:rPr>
        <w:t>PATOLOJİ LABORATUVAR TEKNİKLERİ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C76841" w:rsidRPr="00A457D4">
        <w:trPr>
          <w:jc w:val="center"/>
        </w:trPr>
        <w:tc>
          <w:tcPr>
            <w:tcW w:w="3324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DERS KODU</w:t>
            </w:r>
          </w:p>
        </w:tc>
        <w:tc>
          <w:tcPr>
            <w:tcW w:w="3324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DERSİN ADI</w:t>
            </w:r>
          </w:p>
        </w:tc>
        <w:tc>
          <w:tcPr>
            <w:tcW w:w="3324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SINAV TARİHİ VE SAATİ</w:t>
            </w:r>
          </w:p>
        </w:tc>
      </w:tr>
      <w:tr w:rsidR="008A6087" w:rsidRPr="00A457D4">
        <w:trPr>
          <w:jc w:val="center"/>
        </w:trPr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AİİT 101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Atatürk İlkeleri ve İnkılap Tarihi I</w:t>
            </w:r>
          </w:p>
        </w:tc>
        <w:tc>
          <w:tcPr>
            <w:tcW w:w="3324" w:type="dxa"/>
            <w:vAlign w:val="center"/>
          </w:tcPr>
          <w:p w:rsidR="008A6087" w:rsidRPr="00A457D4" w:rsidRDefault="00A457D4" w:rsidP="008A6087">
            <w:pPr>
              <w:rPr>
                <w:b/>
              </w:rPr>
            </w:pPr>
            <w:r w:rsidRPr="00A457D4">
              <w:rPr>
                <w:b/>
              </w:rPr>
              <w:t>07</w:t>
            </w:r>
            <w:r w:rsidR="008A6087" w:rsidRPr="00A457D4">
              <w:rPr>
                <w:b/>
              </w:rPr>
              <w:t xml:space="preserve"> / 11/ 2026 – 18 : 00</w:t>
            </w:r>
          </w:p>
        </w:tc>
      </w:tr>
      <w:tr w:rsidR="008A6087" w:rsidRPr="00A457D4">
        <w:trPr>
          <w:jc w:val="center"/>
        </w:trPr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YD 101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Yabancı Dil I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rPr>
                <w:b/>
              </w:rPr>
            </w:pPr>
            <w:r w:rsidRPr="00A457D4">
              <w:rPr>
                <w:b/>
              </w:rPr>
              <w:t>08 / 11/ 2026 – 18 : 00</w:t>
            </w:r>
          </w:p>
        </w:tc>
      </w:tr>
      <w:tr w:rsidR="008A6087" w:rsidRPr="00A457D4">
        <w:trPr>
          <w:jc w:val="center"/>
        </w:trPr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TD 101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Türk Dili I</w:t>
            </w:r>
          </w:p>
        </w:tc>
        <w:tc>
          <w:tcPr>
            <w:tcW w:w="3324" w:type="dxa"/>
            <w:vAlign w:val="center"/>
          </w:tcPr>
          <w:p w:rsidR="008A6087" w:rsidRPr="00A457D4" w:rsidRDefault="00A457D4" w:rsidP="008A6087">
            <w:pPr>
              <w:rPr>
                <w:b/>
              </w:rPr>
            </w:pPr>
            <w:r w:rsidRPr="00A457D4">
              <w:rPr>
                <w:b/>
              </w:rPr>
              <w:t>15</w:t>
            </w:r>
            <w:r w:rsidR="008A6087" w:rsidRPr="00A457D4">
              <w:rPr>
                <w:b/>
              </w:rPr>
              <w:t xml:space="preserve"> / 11/ 2026 – 17 : 30</w:t>
            </w:r>
          </w:p>
        </w:tc>
      </w:tr>
    </w:tbl>
    <w:p w:rsidR="00C76841" w:rsidRPr="00A457D4" w:rsidRDefault="00924F15">
      <w:pPr>
        <w:spacing w:before="160" w:after="80"/>
        <w:rPr>
          <w:b/>
        </w:rPr>
      </w:pPr>
      <w:r w:rsidRPr="00A457D4">
        <w:rPr>
          <w:b/>
        </w:rPr>
        <w:t>TIBBİ LABORATUVAR TEKNİKLERİ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C76841" w:rsidRPr="00A457D4">
        <w:trPr>
          <w:jc w:val="center"/>
        </w:trPr>
        <w:tc>
          <w:tcPr>
            <w:tcW w:w="3324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DERS KODU</w:t>
            </w:r>
          </w:p>
        </w:tc>
        <w:tc>
          <w:tcPr>
            <w:tcW w:w="3324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DERSİN ADI</w:t>
            </w:r>
          </w:p>
        </w:tc>
        <w:tc>
          <w:tcPr>
            <w:tcW w:w="3324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SINAV TARİHİ VE SAATİ</w:t>
            </w:r>
          </w:p>
        </w:tc>
      </w:tr>
      <w:tr w:rsidR="008A6087" w:rsidRPr="00A457D4">
        <w:trPr>
          <w:jc w:val="center"/>
        </w:trPr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AİİT 101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Atatürk İlkeleri ve İnkılap Tarihi I</w:t>
            </w:r>
          </w:p>
        </w:tc>
        <w:tc>
          <w:tcPr>
            <w:tcW w:w="3324" w:type="dxa"/>
            <w:vAlign w:val="center"/>
          </w:tcPr>
          <w:p w:rsidR="008A6087" w:rsidRPr="00A457D4" w:rsidRDefault="00A457D4" w:rsidP="008A6087">
            <w:pPr>
              <w:rPr>
                <w:b/>
              </w:rPr>
            </w:pPr>
            <w:r w:rsidRPr="00A457D4">
              <w:rPr>
                <w:b/>
              </w:rPr>
              <w:t>07</w:t>
            </w:r>
            <w:r w:rsidR="008A6087" w:rsidRPr="00A457D4">
              <w:rPr>
                <w:b/>
              </w:rPr>
              <w:t xml:space="preserve"> / 11/ 2026 – 18 : 00</w:t>
            </w:r>
          </w:p>
        </w:tc>
      </w:tr>
      <w:tr w:rsidR="008A6087" w:rsidRPr="00A457D4">
        <w:trPr>
          <w:jc w:val="center"/>
        </w:trPr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YD 101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Yabancı Dil I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rPr>
                <w:b/>
              </w:rPr>
            </w:pPr>
            <w:r w:rsidRPr="00A457D4">
              <w:rPr>
                <w:b/>
              </w:rPr>
              <w:t>08 / 11/ 2026 – 18 : 00</w:t>
            </w:r>
          </w:p>
        </w:tc>
      </w:tr>
      <w:tr w:rsidR="008A6087" w:rsidRPr="00A457D4">
        <w:trPr>
          <w:jc w:val="center"/>
        </w:trPr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TD 101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Türk Dili I</w:t>
            </w:r>
          </w:p>
        </w:tc>
        <w:tc>
          <w:tcPr>
            <w:tcW w:w="3324" w:type="dxa"/>
            <w:vAlign w:val="center"/>
          </w:tcPr>
          <w:p w:rsidR="008A6087" w:rsidRPr="00A457D4" w:rsidRDefault="00A457D4" w:rsidP="008A6087">
            <w:pPr>
              <w:rPr>
                <w:b/>
              </w:rPr>
            </w:pPr>
            <w:r w:rsidRPr="00A457D4">
              <w:rPr>
                <w:b/>
              </w:rPr>
              <w:t>15</w:t>
            </w:r>
            <w:r w:rsidR="008A6087" w:rsidRPr="00A457D4">
              <w:rPr>
                <w:b/>
              </w:rPr>
              <w:t xml:space="preserve"> / 11/ 2026 – 17 : 30</w:t>
            </w:r>
          </w:p>
        </w:tc>
      </w:tr>
    </w:tbl>
    <w:p w:rsidR="00C76841" w:rsidRPr="00A457D4" w:rsidRDefault="00924F15">
      <w:pPr>
        <w:spacing w:before="160" w:after="80"/>
        <w:rPr>
          <w:b/>
        </w:rPr>
      </w:pPr>
      <w:r w:rsidRPr="00A457D4">
        <w:rPr>
          <w:b/>
        </w:rPr>
        <w:t>OPTİSYENLİK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C76841" w:rsidRPr="00A457D4" w:rsidTr="0083666F">
        <w:trPr>
          <w:jc w:val="center"/>
        </w:trPr>
        <w:tc>
          <w:tcPr>
            <w:tcW w:w="3320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DERS KODU</w:t>
            </w:r>
          </w:p>
        </w:tc>
        <w:tc>
          <w:tcPr>
            <w:tcW w:w="3321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DERSİN ADI</w:t>
            </w:r>
          </w:p>
        </w:tc>
        <w:tc>
          <w:tcPr>
            <w:tcW w:w="3321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SINAV TARİHİ VE SAATİ</w:t>
            </w:r>
          </w:p>
        </w:tc>
      </w:tr>
      <w:tr w:rsidR="008A6087" w:rsidRPr="00A457D4" w:rsidTr="0083666F">
        <w:trPr>
          <w:jc w:val="center"/>
        </w:trPr>
        <w:tc>
          <w:tcPr>
            <w:tcW w:w="3320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AİİT 101</w:t>
            </w:r>
          </w:p>
        </w:tc>
        <w:tc>
          <w:tcPr>
            <w:tcW w:w="3321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Atatürk İlkeleri ve İnkılap Tarihi I</w:t>
            </w:r>
          </w:p>
        </w:tc>
        <w:tc>
          <w:tcPr>
            <w:tcW w:w="3321" w:type="dxa"/>
            <w:vAlign w:val="center"/>
          </w:tcPr>
          <w:p w:rsidR="008A6087" w:rsidRPr="00A457D4" w:rsidRDefault="00A457D4" w:rsidP="008A6087">
            <w:pPr>
              <w:rPr>
                <w:b/>
              </w:rPr>
            </w:pPr>
            <w:r w:rsidRPr="00A457D4">
              <w:rPr>
                <w:b/>
              </w:rPr>
              <w:t>07</w:t>
            </w:r>
            <w:r w:rsidR="008A6087" w:rsidRPr="00A457D4">
              <w:rPr>
                <w:b/>
              </w:rPr>
              <w:t xml:space="preserve"> / 11/ 2026 – 18 : 00</w:t>
            </w:r>
          </w:p>
        </w:tc>
      </w:tr>
      <w:tr w:rsidR="008A6087" w:rsidRPr="00A457D4" w:rsidTr="0083666F">
        <w:trPr>
          <w:jc w:val="center"/>
        </w:trPr>
        <w:tc>
          <w:tcPr>
            <w:tcW w:w="3320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YD 101</w:t>
            </w:r>
          </w:p>
        </w:tc>
        <w:tc>
          <w:tcPr>
            <w:tcW w:w="3321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Yabancı Dil I</w:t>
            </w:r>
          </w:p>
        </w:tc>
        <w:tc>
          <w:tcPr>
            <w:tcW w:w="3321" w:type="dxa"/>
            <w:vAlign w:val="center"/>
          </w:tcPr>
          <w:p w:rsidR="008A6087" w:rsidRPr="00A457D4" w:rsidRDefault="008A6087" w:rsidP="008A6087">
            <w:pPr>
              <w:rPr>
                <w:b/>
              </w:rPr>
            </w:pPr>
            <w:r w:rsidRPr="00A457D4">
              <w:rPr>
                <w:b/>
              </w:rPr>
              <w:t>08 / 11/ 2026 – 18 : 00</w:t>
            </w:r>
          </w:p>
        </w:tc>
      </w:tr>
      <w:tr w:rsidR="0083666F" w:rsidRPr="00A457D4" w:rsidTr="0083666F">
        <w:trPr>
          <w:jc w:val="center"/>
        </w:trPr>
        <w:tc>
          <w:tcPr>
            <w:tcW w:w="3320" w:type="dxa"/>
            <w:vAlign w:val="center"/>
          </w:tcPr>
          <w:p w:rsidR="0083666F" w:rsidRPr="00A457D4" w:rsidRDefault="0083666F" w:rsidP="0083666F">
            <w:pPr>
              <w:jc w:val="center"/>
              <w:rPr>
                <w:b/>
              </w:rPr>
            </w:pPr>
            <w:r w:rsidRPr="00A457D4">
              <w:rPr>
                <w:b/>
              </w:rPr>
              <w:t>TD 101</w:t>
            </w:r>
          </w:p>
        </w:tc>
        <w:tc>
          <w:tcPr>
            <w:tcW w:w="3321" w:type="dxa"/>
            <w:vAlign w:val="center"/>
          </w:tcPr>
          <w:p w:rsidR="0083666F" w:rsidRPr="00A457D4" w:rsidRDefault="0083666F" w:rsidP="0083666F">
            <w:pPr>
              <w:jc w:val="center"/>
              <w:rPr>
                <w:b/>
              </w:rPr>
            </w:pPr>
            <w:r w:rsidRPr="00A457D4">
              <w:rPr>
                <w:b/>
              </w:rPr>
              <w:t>Türk Dili I</w:t>
            </w:r>
          </w:p>
        </w:tc>
        <w:tc>
          <w:tcPr>
            <w:tcW w:w="3321" w:type="dxa"/>
            <w:vAlign w:val="center"/>
          </w:tcPr>
          <w:p w:rsidR="0083666F" w:rsidRPr="00A457D4" w:rsidRDefault="00A457D4" w:rsidP="0083666F">
            <w:pPr>
              <w:rPr>
                <w:b/>
              </w:rPr>
            </w:pPr>
            <w:r w:rsidRPr="00A457D4">
              <w:rPr>
                <w:b/>
              </w:rPr>
              <w:t>15</w:t>
            </w:r>
            <w:r w:rsidR="0083666F" w:rsidRPr="00A457D4">
              <w:rPr>
                <w:b/>
              </w:rPr>
              <w:t xml:space="preserve"> / 11/ 2026 – 17 : 30</w:t>
            </w:r>
          </w:p>
        </w:tc>
      </w:tr>
    </w:tbl>
    <w:p w:rsidR="00C76841" w:rsidRPr="00A457D4" w:rsidRDefault="00924F15">
      <w:pPr>
        <w:spacing w:before="160" w:after="80"/>
        <w:rPr>
          <w:b/>
        </w:rPr>
      </w:pPr>
      <w:r w:rsidRPr="00A457D4">
        <w:rPr>
          <w:b/>
        </w:rPr>
        <w:t>İLK VE ACİL YARDIM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C76841" w:rsidRPr="00A457D4">
        <w:trPr>
          <w:jc w:val="center"/>
        </w:trPr>
        <w:tc>
          <w:tcPr>
            <w:tcW w:w="3324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DERS KODU</w:t>
            </w:r>
          </w:p>
        </w:tc>
        <w:tc>
          <w:tcPr>
            <w:tcW w:w="3324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DERSİN ADI</w:t>
            </w:r>
          </w:p>
        </w:tc>
        <w:tc>
          <w:tcPr>
            <w:tcW w:w="3324" w:type="dxa"/>
            <w:vAlign w:val="center"/>
          </w:tcPr>
          <w:p w:rsidR="00C76841" w:rsidRPr="00A457D4" w:rsidRDefault="00924F15">
            <w:pPr>
              <w:jc w:val="center"/>
              <w:rPr>
                <w:b/>
              </w:rPr>
            </w:pPr>
            <w:r w:rsidRPr="00A457D4">
              <w:rPr>
                <w:b/>
              </w:rPr>
              <w:t>SINAV TARİHİ VE SAATİ</w:t>
            </w:r>
          </w:p>
        </w:tc>
      </w:tr>
      <w:tr w:rsidR="008A6087" w:rsidRPr="00A457D4">
        <w:trPr>
          <w:jc w:val="center"/>
        </w:trPr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AİİT 101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Atatürk İlkeleri ve İnkılap Tarihi I</w:t>
            </w:r>
          </w:p>
        </w:tc>
        <w:tc>
          <w:tcPr>
            <w:tcW w:w="3324" w:type="dxa"/>
            <w:vAlign w:val="center"/>
          </w:tcPr>
          <w:p w:rsidR="008A6087" w:rsidRPr="00A457D4" w:rsidRDefault="00A457D4" w:rsidP="008A6087">
            <w:pPr>
              <w:rPr>
                <w:b/>
              </w:rPr>
            </w:pPr>
            <w:r w:rsidRPr="00A457D4">
              <w:rPr>
                <w:b/>
              </w:rPr>
              <w:t>07</w:t>
            </w:r>
            <w:r w:rsidR="008A6087" w:rsidRPr="00A457D4">
              <w:rPr>
                <w:b/>
              </w:rPr>
              <w:t xml:space="preserve"> / 11/ 2026 – 16 : 00</w:t>
            </w:r>
          </w:p>
        </w:tc>
      </w:tr>
      <w:tr w:rsidR="008A6087" w:rsidRPr="00A457D4">
        <w:trPr>
          <w:jc w:val="center"/>
        </w:trPr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YD 101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Yabancı Dil I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rPr>
                <w:b/>
              </w:rPr>
            </w:pPr>
            <w:r w:rsidRPr="00A457D4">
              <w:rPr>
                <w:b/>
              </w:rPr>
              <w:t>08 / 11/ 2026 – 17 : 00</w:t>
            </w:r>
          </w:p>
        </w:tc>
      </w:tr>
      <w:tr w:rsidR="008A6087" w:rsidRPr="00A457D4">
        <w:trPr>
          <w:jc w:val="center"/>
        </w:trPr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TD 101</w:t>
            </w:r>
          </w:p>
        </w:tc>
        <w:tc>
          <w:tcPr>
            <w:tcW w:w="3324" w:type="dxa"/>
            <w:vAlign w:val="center"/>
          </w:tcPr>
          <w:p w:rsidR="008A6087" w:rsidRPr="00A457D4" w:rsidRDefault="008A6087" w:rsidP="008A6087">
            <w:pPr>
              <w:jc w:val="center"/>
              <w:rPr>
                <w:b/>
              </w:rPr>
            </w:pPr>
            <w:r w:rsidRPr="00A457D4">
              <w:rPr>
                <w:b/>
              </w:rPr>
              <w:t>Türk Dili I</w:t>
            </w:r>
          </w:p>
        </w:tc>
        <w:tc>
          <w:tcPr>
            <w:tcW w:w="3324" w:type="dxa"/>
            <w:vAlign w:val="center"/>
          </w:tcPr>
          <w:p w:rsidR="008A6087" w:rsidRPr="00A457D4" w:rsidRDefault="00A457D4" w:rsidP="008A6087">
            <w:pPr>
              <w:rPr>
                <w:b/>
              </w:rPr>
            </w:pPr>
            <w:r w:rsidRPr="00A457D4">
              <w:rPr>
                <w:b/>
              </w:rPr>
              <w:t>15</w:t>
            </w:r>
            <w:r w:rsidR="008A6087" w:rsidRPr="00A457D4">
              <w:rPr>
                <w:b/>
              </w:rPr>
              <w:t xml:space="preserve"> / 11/ 2026 – 18 : 00</w:t>
            </w:r>
          </w:p>
        </w:tc>
      </w:tr>
    </w:tbl>
    <w:p w:rsidR="00C76841" w:rsidRPr="008A6087" w:rsidRDefault="008A6087">
      <w:pPr>
        <w:spacing w:before="240"/>
        <w:jc w:val="both"/>
        <w:rPr>
          <w:b/>
        </w:rPr>
      </w:pPr>
      <w:r w:rsidRPr="008A6087">
        <w:rPr>
          <w:b/>
        </w:rPr>
        <w:t xml:space="preserve">NOT: </w:t>
      </w:r>
      <w:proofErr w:type="spellStart"/>
      <w:r w:rsidR="00924F15" w:rsidRPr="008A6087">
        <w:rPr>
          <w:b/>
        </w:rPr>
        <w:t>Öğrencilerimizin</w:t>
      </w:r>
      <w:proofErr w:type="spellEnd"/>
      <w:r w:rsidR="00924F15" w:rsidRPr="008A6087">
        <w:rPr>
          <w:b/>
        </w:rPr>
        <w:t xml:space="preserve"> </w:t>
      </w:r>
      <w:proofErr w:type="spellStart"/>
      <w:r w:rsidR="00924F15" w:rsidRPr="008A6087">
        <w:rPr>
          <w:b/>
        </w:rPr>
        <w:t>kendi</w:t>
      </w:r>
      <w:proofErr w:type="spellEnd"/>
      <w:r w:rsidR="00924F15" w:rsidRPr="008A6087">
        <w:rPr>
          <w:b/>
        </w:rPr>
        <w:t xml:space="preserve"> </w:t>
      </w:r>
      <w:proofErr w:type="spellStart"/>
      <w:r w:rsidR="00924F15" w:rsidRPr="008A6087">
        <w:rPr>
          <w:b/>
        </w:rPr>
        <w:t>programlarına</w:t>
      </w:r>
      <w:proofErr w:type="spellEnd"/>
      <w:r w:rsidR="00924F15" w:rsidRPr="008A6087">
        <w:rPr>
          <w:b/>
        </w:rPr>
        <w:t xml:space="preserve"> </w:t>
      </w:r>
      <w:proofErr w:type="spellStart"/>
      <w:r w:rsidR="00924F15" w:rsidRPr="008A6087">
        <w:rPr>
          <w:b/>
        </w:rPr>
        <w:t>ait</w:t>
      </w:r>
      <w:proofErr w:type="spellEnd"/>
      <w:r w:rsidR="00924F15" w:rsidRPr="008A6087">
        <w:rPr>
          <w:b/>
        </w:rPr>
        <w:t xml:space="preserve"> sınav tarih ve saatlerini kontrol ederek sınavlara zamanında katılmaları önemle duyurulur.</w:t>
      </w:r>
    </w:p>
    <w:sectPr w:rsidR="00C76841" w:rsidRPr="008A6087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3666F"/>
    <w:rsid w:val="008A6087"/>
    <w:rsid w:val="00924F15"/>
    <w:rsid w:val="00A457D4"/>
    <w:rsid w:val="00AA1D8D"/>
    <w:rsid w:val="00B47730"/>
    <w:rsid w:val="00C7684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64966E"/>
  <w14:defaultImageDpi w14:val="300"/>
  <w15:docId w15:val="{154B1D53-D367-45D3-A9D7-2ACCD0AA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A45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57D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A3DDB2-8949-48FE-B3FC-72B743E97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4</cp:revision>
  <cp:lastPrinted>2026-11-05T07:43:00Z</cp:lastPrinted>
  <dcterms:created xsi:type="dcterms:W3CDTF">2026-11-05T07:34:00Z</dcterms:created>
  <dcterms:modified xsi:type="dcterms:W3CDTF">2026-11-05T07:45:00Z</dcterms:modified>
  <cp:category/>
</cp:coreProperties>
</file>